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F7F5C" w14:textId="130581E0" w:rsidR="007F76BA" w:rsidRDefault="00FB1623">
      <w:r>
        <w:rPr>
          <w:b/>
          <w:noProof/>
          <w:sz w:val="44"/>
        </w:rPr>
        <w:drawing>
          <wp:anchor distT="0" distB="0" distL="114300" distR="114300" simplePos="0" relativeHeight="251659264" behindDoc="0" locked="0" layoutInCell="1" allowOverlap="1" wp14:anchorId="7C455591" wp14:editId="1A3E5BDE">
            <wp:simplePos x="0" y="0"/>
            <wp:positionH relativeFrom="column">
              <wp:posOffset>5399405</wp:posOffset>
            </wp:positionH>
            <wp:positionV relativeFrom="paragraph">
              <wp:posOffset>-499110</wp:posOffset>
            </wp:positionV>
            <wp:extent cx="1353185" cy="1517015"/>
            <wp:effectExtent l="0" t="0" r="5715" b="0"/>
            <wp:wrapThrough wrapText="bothSides">
              <wp:wrapPolygon edited="0">
                <wp:start x="0" y="0"/>
                <wp:lineTo x="0" y="21338"/>
                <wp:lineTo x="21489" y="21338"/>
                <wp:lineTo x="21489" y="0"/>
                <wp:lineTo x="0" y="0"/>
              </wp:wrapPolygon>
            </wp:wrapThrough>
            <wp:docPr id="1243424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24725" name="Picture 1243424725"/>
                    <pic:cNvPicPr/>
                  </pic:nvPicPr>
                  <pic:blipFill rotWithShape="1">
                    <a:blip r:embed="rId6"/>
                    <a:srcRect l="34723" t="25868" r="29817" b="4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51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3E5">
        <w:rPr>
          <w:b/>
          <w:sz w:val="44"/>
        </w:rPr>
        <w:t>DWEN LYSTEE RAMOS ROJAS</w:t>
      </w:r>
      <w:r w:rsidR="00ED03E5">
        <w:rPr>
          <w:b/>
          <w:sz w:val="44"/>
        </w:rPr>
        <w:br/>
      </w:r>
      <w:r w:rsidR="00ED03E5">
        <w:t>Hilongos, Leyte</w:t>
      </w:r>
      <w:r w:rsidR="00ED03E5">
        <w:br/>
      </w:r>
      <w:proofErr w:type="spellStart"/>
      <w:r w:rsidR="00ED03E5">
        <w:t>dwenlysteerojas</w:t>
      </w:r>
      <w:proofErr w:type="spellEnd"/>
      <w:r w:rsidR="00ED03E5">
        <w:t>@gmail.com</w:t>
      </w:r>
      <w:r w:rsidR="00ED03E5">
        <w:br/>
        <w:t>09648689791</w:t>
      </w:r>
    </w:p>
    <w:p w14:paraId="1FB9DCCC" w14:textId="3131EBBD" w:rsidR="00582216" w:rsidRDefault="00ED03E5" w:rsidP="00625339">
      <w:pPr>
        <w:rPr>
          <w:b/>
          <w:sz w:val="28"/>
        </w:rPr>
      </w:pPr>
      <w:r>
        <w:rPr>
          <w:b/>
          <w:sz w:val="28"/>
        </w:rPr>
        <w:t>PROFESSIONAL SUMMARY</w:t>
      </w:r>
      <w:r>
        <w:br/>
        <w:t>Motivated Bachelor of Science in Information Technology student with experience in web development, UI/UX design, and software development. Passionate about solving problems through technology and eager to contribute to an innovative organization while continuously developing technical and professional skills.</w:t>
      </w:r>
    </w:p>
    <w:p w14:paraId="62D7FB7E" w14:textId="1D6E29D1" w:rsidR="00625339" w:rsidRDefault="00625339" w:rsidP="00625339">
      <w:pPr>
        <w:rPr>
          <w:b/>
          <w:noProof/>
          <w:sz w:val="44"/>
        </w:rPr>
      </w:pPr>
      <w:r>
        <w:rPr>
          <w:b/>
          <w:sz w:val="28"/>
        </w:rPr>
        <w:t>——————————————————————————————————————</w:t>
      </w:r>
    </w:p>
    <w:p w14:paraId="213C50E2" w14:textId="74C3B50C" w:rsidR="007F76BA" w:rsidRDefault="00ED03E5">
      <w:r>
        <w:rPr>
          <w:b/>
          <w:sz w:val="28"/>
        </w:rPr>
        <w:t>WORK EXPERIENCE</w:t>
      </w:r>
      <w:r>
        <w:br/>
      </w:r>
      <w:r>
        <w:rPr>
          <w:b/>
        </w:rPr>
        <w:t>Information Technology Intern</w:t>
      </w:r>
    </w:p>
    <w:p w14:paraId="21F7B6B6" w14:textId="77777777" w:rsidR="007F76BA" w:rsidRDefault="00ED03E5">
      <w:r>
        <w:t>Maasin City Hall</w:t>
      </w:r>
    </w:p>
    <w:p w14:paraId="372917F8" w14:textId="77777777" w:rsidR="007F76BA" w:rsidRDefault="00ED03E5">
      <w:pPr>
        <w:pStyle w:val="ListBullet"/>
      </w:pPr>
      <w:r>
        <w:t>Assisted in IT-related tasks and administrative operations.</w:t>
      </w:r>
    </w:p>
    <w:p w14:paraId="3E89533F" w14:textId="77777777" w:rsidR="007F76BA" w:rsidRDefault="00ED03E5">
      <w:pPr>
        <w:pStyle w:val="ListBullet"/>
      </w:pPr>
      <w:r>
        <w:t>Provided technical support and maintained digital records.</w:t>
      </w:r>
    </w:p>
    <w:p w14:paraId="272F0296" w14:textId="314EB623" w:rsidR="007F76BA" w:rsidRDefault="00ED03E5">
      <w:proofErr w:type="spellStart"/>
      <w:r>
        <w:t>GoTyme</w:t>
      </w:r>
      <w:proofErr w:type="spellEnd"/>
      <w:r>
        <w:t xml:space="preserve"> Bank Inter</w:t>
      </w:r>
      <w:r w:rsidR="006E4688">
        <w:t>n</w:t>
      </w:r>
    </w:p>
    <w:p w14:paraId="5182EEA3" w14:textId="3D637BED" w:rsidR="007F76BA" w:rsidRDefault="00ED03E5">
      <w:pPr>
        <w:pStyle w:val="ListBullet"/>
      </w:pPr>
      <w:r>
        <w:t>Supported daily operations and customer service.</w:t>
      </w:r>
    </w:p>
    <w:p w14:paraId="2709BB42" w14:textId="77777777" w:rsidR="007F76BA" w:rsidRDefault="00ED03E5">
      <w:pPr>
        <w:pStyle w:val="ListBullet"/>
      </w:pPr>
      <w:r>
        <w:t>Maintained professionalism in banking operations.</w:t>
      </w:r>
    </w:p>
    <w:p w14:paraId="29E5657E" w14:textId="79CED3AB" w:rsidR="007F76BA" w:rsidRPr="00D04A10" w:rsidRDefault="00ED03E5">
      <w:pPr>
        <w:rPr>
          <w:b/>
          <w:sz w:val="28"/>
        </w:rPr>
      </w:pPr>
      <w:r>
        <w:rPr>
          <w:b/>
          <w:sz w:val="28"/>
        </w:rPr>
        <w:t>EDUCATION</w:t>
      </w:r>
      <w:r>
        <w:br/>
        <w:t>Bachelor of Science in Information Technology</w:t>
      </w:r>
      <w:r>
        <w:br/>
        <w:t>The College of Maasin</w:t>
      </w:r>
      <w:r>
        <w:br/>
        <w:t>Expected Graduation: AY 2027–2028</w:t>
      </w:r>
      <w:r>
        <w:br/>
        <w:t>GPA: 1.40</w:t>
      </w:r>
    </w:p>
    <w:p w14:paraId="44041846" w14:textId="2E4B1CC9" w:rsidR="007F76BA" w:rsidRDefault="00ED03E5">
      <w:r>
        <w:rPr>
          <w:b/>
          <w:sz w:val="28"/>
        </w:rPr>
        <w:t>KEY ACHIEVEMENTS</w:t>
      </w:r>
    </w:p>
    <w:p w14:paraId="6C23FD35" w14:textId="77777777" w:rsidR="007F76BA" w:rsidRDefault="00ED03E5">
      <w:pPr>
        <w:pStyle w:val="ListBullet"/>
      </w:pPr>
      <w:r>
        <w:t>Completed multiple responsive web development projects.</w:t>
      </w:r>
    </w:p>
    <w:p w14:paraId="3BB5DAE8" w14:textId="77777777" w:rsidR="007F76BA" w:rsidRDefault="00ED03E5">
      <w:pPr>
        <w:pStyle w:val="ListBullet"/>
      </w:pPr>
      <w:r>
        <w:t>Served in the Supreme Student Council for two years.</w:t>
      </w:r>
    </w:p>
    <w:p w14:paraId="4A9BCB79" w14:textId="77777777" w:rsidR="007F76BA" w:rsidRDefault="00ED03E5">
      <w:pPr>
        <w:pStyle w:val="ListBullet"/>
      </w:pPr>
      <w:r>
        <w:t>Served as Department Officer for one year.</w:t>
      </w:r>
    </w:p>
    <w:p w14:paraId="55D9CEF3" w14:textId="77777777" w:rsidR="007F76BA" w:rsidRDefault="00ED03E5">
      <w:pPr>
        <w:pStyle w:val="ListBullet"/>
      </w:pPr>
      <w:r>
        <w:t>Volunteer, Philippine Red Cross.</w:t>
      </w:r>
    </w:p>
    <w:p w14:paraId="36E217A3" w14:textId="122811B8" w:rsidR="007F76BA" w:rsidRPr="00D04A10" w:rsidRDefault="00ED03E5">
      <w:pPr>
        <w:rPr>
          <w:b/>
          <w:sz w:val="28"/>
        </w:rPr>
      </w:pPr>
      <w:r>
        <w:rPr>
          <w:b/>
          <w:sz w:val="28"/>
        </w:rPr>
        <w:t>SKILLS</w:t>
      </w:r>
      <w:r>
        <w:br/>
        <w:t>Core Skills: Communication, Leadership, Teamwork, Time Management, Critical Thinking, Adaptability</w:t>
      </w:r>
      <w:r>
        <w:br/>
        <w:t>Technical Skills: HTML, CSS, JavaScript, Python, UI/UX Design, Web Development</w:t>
      </w:r>
    </w:p>
    <w:p w14:paraId="27C03182" w14:textId="7F7F4718" w:rsidR="007F76BA" w:rsidRDefault="00ED03E5">
      <w:r>
        <w:rPr>
          <w:b/>
          <w:sz w:val="28"/>
        </w:rPr>
        <w:t>PROJECTS</w:t>
      </w:r>
    </w:p>
    <w:p w14:paraId="133801B3" w14:textId="77777777" w:rsidR="007F76BA" w:rsidRDefault="00ED03E5">
      <w:pPr>
        <w:pStyle w:val="ListBullet"/>
      </w:pPr>
      <w:r>
        <w:t>Personal Portfolio Website</w:t>
      </w:r>
    </w:p>
    <w:p w14:paraId="66A5EFB7" w14:textId="77777777" w:rsidR="007F76BA" w:rsidRDefault="00ED03E5">
      <w:pPr>
        <w:pStyle w:val="ListBullet"/>
      </w:pPr>
      <w:r>
        <w:t>K-Pop Streaming Platform</w:t>
      </w:r>
    </w:p>
    <w:p w14:paraId="06EA2875" w14:textId="77777777" w:rsidR="007F76BA" w:rsidRDefault="00ED03E5">
      <w:pPr>
        <w:pStyle w:val="ListBullet"/>
      </w:pPr>
      <w:r>
        <w:t>Movie Streaming Platform</w:t>
      </w:r>
    </w:p>
    <w:p w14:paraId="601ED656" w14:textId="77777777" w:rsidR="007F76BA" w:rsidRDefault="00ED03E5">
      <w:pPr>
        <w:pStyle w:val="ListBullet"/>
      </w:pPr>
      <w:r>
        <w:t>Apple Store-Inspired Website</w:t>
      </w:r>
    </w:p>
    <w:p w14:paraId="2D551329" w14:textId="7AFA25D4" w:rsidR="007F76BA" w:rsidRDefault="00ED03E5">
      <w:r>
        <w:rPr>
          <w:b/>
          <w:sz w:val="28"/>
        </w:rPr>
        <w:t>LEADERSHIP &amp; VOLUNTEER EXPERIENCE</w:t>
      </w:r>
      <w:r>
        <w:br/>
        <w:t>Supreme Student Council Officer (2 Years)</w:t>
      </w:r>
      <w:r>
        <w:br/>
      </w:r>
      <w:r>
        <w:t>Department Officer (1 Year)</w:t>
      </w:r>
      <w:r>
        <w:br/>
        <w:t>Philippine Red Cross Volunteer</w:t>
      </w:r>
    </w:p>
    <w:p w14:paraId="15195796" w14:textId="58207FFA" w:rsidR="00A111A7" w:rsidRDefault="0036349C">
      <w:pPr>
        <w:rPr>
          <w:b/>
          <w:sz w:val="28"/>
        </w:rPr>
      </w:pPr>
      <w:r>
        <w:rPr>
          <w:b/>
          <w:sz w:val="28"/>
        </w:rPr>
        <w:t>_____________________________________________________________________</w:t>
      </w:r>
    </w:p>
    <w:p w14:paraId="571A6905" w14:textId="17B018F1" w:rsidR="007F76BA" w:rsidRDefault="00ED03E5">
      <w:r>
        <w:rPr>
          <w:b/>
          <w:sz w:val="28"/>
        </w:rPr>
        <w:t>REFERENCE</w:t>
      </w:r>
      <w:r>
        <w:br/>
        <w:t xml:space="preserve">Jason </w:t>
      </w:r>
      <w:proofErr w:type="spellStart"/>
      <w:r>
        <w:t>Balbarona</w:t>
      </w:r>
      <w:proofErr w:type="spellEnd"/>
      <w:r>
        <w:br/>
        <w:t>Chief of Police, Maasin City Police Station</w:t>
      </w:r>
    </w:p>
    <w:sectPr w:rsidR="007F76BA" w:rsidSect="00DB6DDF">
      <w:pgSz w:w="12240" w:h="2016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4113174">
    <w:abstractNumId w:val="8"/>
  </w:num>
  <w:num w:numId="2" w16cid:durableId="1912765644">
    <w:abstractNumId w:val="6"/>
  </w:num>
  <w:num w:numId="3" w16cid:durableId="881751601">
    <w:abstractNumId w:val="5"/>
  </w:num>
  <w:num w:numId="4" w16cid:durableId="1405832125">
    <w:abstractNumId w:val="4"/>
  </w:num>
  <w:num w:numId="5" w16cid:durableId="2090885417">
    <w:abstractNumId w:val="7"/>
  </w:num>
  <w:num w:numId="6" w16cid:durableId="1011105129">
    <w:abstractNumId w:val="3"/>
  </w:num>
  <w:num w:numId="7" w16cid:durableId="1950158107">
    <w:abstractNumId w:val="2"/>
  </w:num>
  <w:num w:numId="8" w16cid:durableId="933632481">
    <w:abstractNumId w:val="1"/>
  </w:num>
  <w:num w:numId="9" w16cid:durableId="207954733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61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E01"/>
    <w:rsid w:val="00034616"/>
    <w:rsid w:val="0006063C"/>
    <w:rsid w:val="0015074B"/>
    <w:rsid w:val="001A7375"/>
    <w:rsid w:val="0029639D"/>
    <w:rsid w:val="00326F90"/>
    <w:rsid w:val="0036349C"/>
    <w:rsid w:val="00582216"/>
    <w:rsid w:val="005B5DBF"/>
    <w:rsid w:val="00613E88"/>
    <w:rsid w:val="00625339"/>
    <w:rsid w:val="00674051"/>
    <w:rsid w:val="006A2C8B"/>
    <w:rsid w:val="006E4688"/>
    <w:rsid w:val="007F76BA"/>
    <w:rsid w:val="00941CF8"/>
    <w:rsid w:val="00953DFF"/>
    <w:rsid w:val="009A76D1"/>
    <w:rsid w:val="00A111A7"/>
    <w:rsid w:val="00A15776"/>
    <w:rsid w:val="00A24977"/>
    <w:rsid w:val="00AA1D8D"/>
    <w:rsid w:val="00B47730"/>
    <w:rsid w:val="00B567DB"/>
    <w:rsid w:val="00BE5ACF"/>
    <w:rsid w:val="00C13328"/>
    <w:rsid w:val="00C5174E"/>
    <w:rsid w:val="00CB0664"/>
    <w:rsid w:val="00D04A10"/>
    <w:rsid w:val="00DA47C2"/>
    <w:rsid w:val="00DB6DDF"/>
    <w:rsid w:val="00EE2425"/>
    <w:rsid w:val="00FB16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CB2A5B"/>
  <w14:defaultImageDpi w14:val="300"/>
  <w15:docId w15:val="{2E6A58C3-F518-9243-B933-3E507502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Dwen Lystee Rojas</cp:lastModifiedBy>
  <cp:revision>2</cp:revision>
  <dcterms:created xsi:type="dcterms:W3CDTF">2026-07-28T00:01:00Z</dcterms:created>
  <dcterms:modified xsi:type="dcterms:W3CDTF">2026-07-28T00:01:00Z</dcterms:modified>
  <cp:category/>
</cp:coreProperties>
</file>